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4.0 -->
  <w:body>
    <w:p w:rsidR="00FE5D70" w:rsidP="009455CD" w14:paraId="31F27832" w14:textId="77777777">
      <w:pPr>
        <w:pStyle w:val="Title"/>
        <w:pBdr>
          <w:bottom w:val="single" w:sz="8" w:space="0" w:color="4F81BD" w:themeColor="accent1"/>
        </w:pBdr>
      </w:pPr>
      <w:r>
        <w:t>KULDEEP PATEL</w:t>
      </w:r>
    </w:p>
    <w:p w:rsidR="00FE5D70" w:rsidP="009455CD" w14:paraId="3DF9E54A" w14:textId="77777777">
      <w:pPr>
        <w:jc w:val="both"/>
      </w:pPr>
      <w:r>
        <w:t>MERN-Stack | Magento Developer</w:t>
      </w:r>
    </w:p>
    <w:p w:rsidR="00FE5D70" w:rsidP="009455CD" w14:paraId="36DE1A88" w14:textId="77777777">
      <w:pPr>
        <w:jc w:val="both"/>
      </w:pPr>
      <w:r>
        <w:rPr>
          <w:rFonts w:ascii="Segoe UI Emoji" w:hAnsi="Segoe UI Emoji" w:cs="Segoe UI Emoji"/>
        </w:rPr>
        <w:t>📍</w:t>
      </w:r>
      <w:r>
        <w:t xml:space="preserve"> Patan, Gujarat | </w:t>
      </w:r>
      <w:r>
        <w:rPr>
          <w:rFonts w:ascii="Segoe UI Emoji" w:hAnsi="Segoe UI Emoji" w:cs="Segoe UI Emoji"/>
        </w:rPr>
        <w:t>📞</w:t>
      </w:r>
      <w:r>
        <w:t xml:space="preserve"> +91 9898719097 | </w:t>
      </w:r>
      <w:r>
        <w:rPr>
          <w:rFonts w:ascii="Segoe UI Emoji" w:hAnsi="Segoe UI Emoji" w:cs="Segoe UI Emoji"/>
        </w:rPr>
        <w:t>✉️</w:t>
      </w:r>
      <w:r>
        <w:t xml:space="preserve"> kuldeep3063@gmail.com</w:t>
      </w:r>
    </w:p>
    <w:p w:rsidR="00FE5D70" w:rsidP="009455CD" w14:paraId="01AC944C" w14:textId="77777777">
      <w:pPr>
        <w:pStyle w:val="Heading1"/>
      </w:pPr>
      <w:r>
        <w:t>Summary</w:t>
      </w:r>
    </w:p>
    <w:p w:rsidR="00203C5D" w:rsidP="009455CD" w14:paraId="54C1E6A0" w14:textId="77777777">
      <w:pPr>
        <w:jc w:val="both"/>
      </w:pPr>
      <w:r>
        <w:rPr>
          <w:b/>
          <w:bCs/>
        </w:rPr>
        <w:t>6</w:t>
      </w:r>
      <w:r w:rsidRPr="00A96604" w:rsidR="00A96604">
        <w:rPr>
          <w:b/>
          <w:bCs/>
        </w:rPr>
        <w:t>+ years</w:t>
      </w:r>
      <w:r w:rsidRPr="00A96604" w:rsidR="00A96604">
        <w:t xml:space="preserve"> in web development, </w:t>
      </w:r>
      <w:r w:rsidRPr="0026216C" w:rsidR="0026216C">
        <w:t xml:space="preserve">including </w:t>
      </w:r>
      <w:r w:rsidRPr="0026216C" w:rsidR="0026216C">
        <w:rPr>
          <w:b/>
          <w:bCs/>
        </w:rPr>
        <w:t>2+ years of MERN stack development</w:t>
      </w:r>
      <w:r w:rsidRPr="0026216C" w:rsidR="0026216C">
        <w:t xml:space="preserve"> and </w:t>
      </w:r>
      <w:r w:rsidRPr="0026216C" w:rsidR="0026216C">
        <w:rPr>
          <w:b/>
          <w:bCs/>
        </w:rPr>
        <w:t>4+ years in Magento 2 and PHP</w:t>
      </w:r>
      <w:r w:rsidRPr="00A96604" w:rsidR="00A96604">
        <w:t xml:space="preserve">. Skilled in </w:t>
      </w:r>
      <w:r w:rsidRPr="00A96604" w:rsidR="00A96604">
        <w:rPr>
          <w:b/>
          <w:bCs/>
        </w:rPr>
        <w:t>React.js</w:t>
      </w:r>
      <w:r w:rsidRPr="00A96604" w:rsidR="00A96604">
        <w:t xml:space="preserve">, </w:t>
      </w:r>
      <w:r w:rsidRPr="00A96604" w:rsidR="00A96604">
        <w:rPr>
          <w:b/>
          <w:bCs/>
        </w:rPr>
        <w:t>Node.js</w:t>
      </w:r>
      <w:r w:rsidRPr="00A96604" w:rsidR="00A96604">
        <w:t xml:space="preserve">, </w:t>
      </w:r>
      <w:r w:rsidRPr="00A96604" w:rsidR="00A96604">
        <w:rPr>
          <w:b/>
          <w:bCs/>
        </w:rPr>
        <w:t>Express.js</w:t>
      </w:r>
      <w:r w:rsidRPr="00A96604" w:rsidR="00A96604">
        <w:t xml:space="preserve">, and </w:t>
      </w:r>
      <w:r w:rsidRPr="00A96604" w:rsidR="00A96604">
        <w:rPr>
          <w:b/>
          <w:bCs/>
        </w:rPr>
        <w:t>MongoDB</w:t>
      </w:r>
      <w:r w:rsidRPr="00A96604" w:rsidR="00A96604">
        <w:t xml:space="preserve">, focusing on scalable and high-performance web applications. Strong expertise in </w:t>
      </w:r>
      <w:r w:rsidRPr="007E37A4" w:rsidR="00A96604">
        <w:t>Magento</w:t>
      </w:r>
      <w:r w:rsidRPr="00A96604" w:rsidR="00A96604">
        <w:t xml:space="preserve">, </w:t>
      </w:r>
      <w:r w:rsidRPr="00907503" w:rsidR="00A96604">
        <w:t>PHP</w:t>
      </w:r>
      <w:r w:rsidRPr="00A96604" w:rsidR="00A96604">
        <w:t xml:space="preserve">, and </w:t>
      </w:r>
      <w:r w:rsidRPr="00A96604" w:rsidR="00A96604">
        <w:rPr>
          <w:b/>
          <w:bCs/>
        </w:rPr>
        <w:t>eCommerce solutions</w:t>
      </w:r>
      <w:r w:rsidRPr="00A96604" w:rsidR="00A96604">
        <w:t xml:space="preserve">, including custom development, API integration, and cloud technologies. Proven ability to optimize performance, enhance user experience, and build robust, secure applications. Passionate about modern web technologies, best coding practices, and delivering innovative solutions. Currently working as a </w:t>
      </w:r>
      <w:r w:rsidRPr="00A96604" w:rsidR="00A96604">
        <w:rPr>
          <w:b/>
          <w:bCs/>
        </w:rPr>
        <w:t>MERN Stack Developer</w:t>
      </w:r>
      <w:r>
        <w:t>, continuously improving skills in modern web technologies and full-stack development to deliver innovative and efficient solutions.</w:t>
      </w:r>
    </w:p>
    <w:p w:rsidR="00203C5D" w:rsidP="009455CD" w14:paraId="2DB958C0" w14:textId="41133FDD">
      <w:pPr>
        <w:pStyle w:val="Heading1"/>
      </w:pPr>
      <w:r>
        <w:t>Skills</w:t>
      </w:r>
    </w:p>
    <w:p w:rsidR="00237981" w:rsidP="009455CD" w14:paraId="3A8E9950" w14:textId="77777777">
      <w:r>
        <w:t xml:space="preserve">• </w:t>
      </w:r>
      <w:bookmarkStart w:id="0" w:name="_Hlk196760991"/>
      <w:r>
        <w:t xml:space="preserve">Frontend: React.js, Next.js, Redux Toolkit, </w:t>
      </w:r>
      <w:r w:rsidR="00CB160E">
        <w:t>Redux</w:t>
      </w:r>
      <w:r>
        <w:t>, Tailwind CSS</w:t>
      </w:r>
      <w:bookmarkEnd w:id="0"/>
      <w:r w:rsidR="00925DEF">
        <w:t>.</w:t>
      </w:r>
      <w:r>
        <w:br/>
        <w:t>• Backend: Node.js, Express.js, REST APIs, MongoDB, MySQL</w:t>
      </w:r>
      <w:r w:rsidR="00B0131D">
        <w:t xml:space="preserve">, </w:t>
      </w:r>
      <w:r w:rsidRPr="00B0131D" w:rsidR="00B0131D">
        <w:t>Authentication (OAuth, JWT)</w:t>
      </w:r>
      <w:r>
        <w:br/>
        <w:t>• CMS &amp; eCommerce: Magento 2 (Adobe Certified), Core PHP</w:t>
      </w:r>
      <w:r>
        <w:br/>
        <w:t xml:space="preserve">• DevOps/Tools: Git, Docker, Postman, </w:t>
      </w:r>
      <w:r>
        <w:t>GraphQL</w:t>
      </w:r>
      <w:r>
        <w:t xml:space="preserve">, </w:t>
      </w:r>
      <w:r>
        <w:t>Vercel</w:t>
      </w:r>
      <w:r>
        <w:t>,</w:t>
      </w:r>
      <w:r w:rsidR="00DA0DED">
        <w:t xml:space="preserve"> Render,</w:t>
      </w:r>
      <w:r>
        <w:t xml:space="preserve"> Netlify</w:t>
      </w:r>
      <w:r>
        <w:br/>
        <w:t>• Others: JavaScript (ES6+), Bootstrap, SEO Optimization, Agile/Scrum, Strong problem-solving ability, collaboration, communication, attention to detail, time management</w:t>
      </w:r>
    </w:p>
    <w:p w:rsidR="00FE5D70" w:rsidP="009455CD" w14:paraId="0B9C6A8E" w14:textId="77777777">
      <w:pPr>
        <w:pStyle w:val="Heading1"/>
      </w:pPr>
      <w:r>
        <w:t>Experience</w:t>
      </w:r>
    </w:p>
    <w:p w:rsidR="00406F0D" w:rsidP="009455CD" w14:paraId="0AB090EC" w14:textId="77777777">
      <w:r>
        <w:rPr>
          <w:rFonts w:ascii="Segoe UI Emoji" w:hAnsi="Segoe UI Emoji" w:cs="Segoe UI Emoji"/>
          <w:lang w:val="en-IN"/>
        </w:rPr>
        <w:t>🔹</w:t>
      </w:r>
      <w:r>
        <w:rPr>
          <w:lang w:val="en-IN"/>
        </w:rPr>
        <w:t xml:space="preserve"> </w:t>
      </w:r>
      <w:r>
        <w:rPr>
          <w:b/>
          <w:bCs/>
          <w:lang w:val="en-IN"/>
        </w:rPr>
        <w:t>Freelance MERN Stack Developer – JPAR Tech (Dec 2023 – Ongoing, Patan)</w:t>
      </w:r>
      <w:r>
        <w:rPr>
          <w:lang w:val="en-IN"/>
        </w:rPr>
        <w:br/>
        <w:t xml:space="preserve">• </w:t>
      </w:r>
      <w:r>
        <w:t>Built a full-stack eCommerce platform using MERN stack with secure login, cart, and dynamic product search.</w:t>
      </w:r>
      <w:r>
        <w:rPr>
          <w:lang w:val="en-IN"/>
        </w:rPr>
        <w:br/>
        <w:t xml:space="preserve">• </w:t>
      </w:r>
      <w:r>
        <w:t>Developed RESTful APIs with Node.js &amp; Express.js, implementing JWT-based authentication.</w:t>
      </w:r>
      <w:r>
        <w:rPr>
          <w:lang w:val="en-IN"/>
        </w:rPr>
        <w:br/>
        <w:t xml:space="preserve">• </w:t>
      </w:r>
      <w:r>
        <w:t>Integrated payment gateway and backend on Netlify and Render with CI/CD pipelines.</w:t>
      </w:r>
      <w:r>
        <w:rPr>
          <w:lang w:val="en-IN"/>
        </w:rPr>
        <w:t xml:space="preserve">       • </w:t>
      </w:r>
      <w:r>
        <w:t>Developed a custom admin dashboard to manage products, users, and orders.</w:t>
      </w:r>
    </w:p>
    <w:p w:rsidR="00B61602" w:rsidRPr="00B61602" w:rsidP="009455CD" w14:paraId="32B45E37" w14:textId="77777777">
      <w:r w:rsidRPr="00B61602">
        <w:rPr>
          <w:rFonts w:ascii="Segoe UI Emoji" w:hAnsi="Segoe UI Emoji" w:cs="Segoe UI Emoji"/>
          <w:lang w:val="en-IN"/>
        </w:rPr>
        <w:t>🔹</w:t>
      </w:r>
      <w:r w:rsidRPr="00B61602">
        <w:rPr>
          <w:lang w:val="en-IN"/>
        </w:rPr>
        <w:t xml:space="preserve"> </w:t>
      </w:r>
      <w:r w:rsidRPr="00B61602">
        <w:rPr>
          <w:b/>
          <w:bCs/>
          <w:lang w:val="en-IN"/>
        </w:rPr>
        <w:t>Software Engineer – Encora Innovation Labs (Dec 2020 – Oct 2023, Ahmedabad)</w:t>
      </w:r>
      <w:r w:rsidRPr="00B61602">
        <w:rPr>
          <w:lang w:val="en-IN"/>
        </w:rPr>
        <w:br/>
        <w:t xml:space="preserve">• </w:t>
      </w:r>
      <w:r w:rsidRPr="00B3773E" w:rsidR="00B3773E">
        <w:t>Contributed to Node.js-based internal tools and API services as part of a transition to microservices.</w:t>
      </w:r>
      <w:r w:rsidRPr="00B61602">
        <w:rPr>
          <w:lang w:val="en-IN"/>
        </w:rPr>
        <w:br/>
        <w:t xml:space="preserve">• </w:t>
      </w:r>
      <w:r w:rsidRPr="003122C7" w:rsidR="003122C7">
        <w:t>Led 4 Magento 2 projects—developing custom modules for product sync, bundle creation, post-order editing, and pricing engines.</w:t>
      </w:r>
      <w:r w:rsidRPr="00B61602">
        <w:rPr>
          <w:lang w:val="en-IN"/>
        </w:rPr>
        <w:br/>
        <w:t xml:space="preserve">• </w:t>
      </w:r>
      <w:r w:rsidRPr="003122C7" w:rsidR="003122C7">
        <w:t>Managed Elastic Search, Redis caching, and Magento 2 performance tuning</w:t>
      </w:r>
      <w:r w:rsidRPr="00262967" w:rsidR="00262967">
        <w:t>.</w:t>
      </w:r>
      <w:r w:rsidRPr="00B61602">
        <w:rPr>
          <w:lang w:val="en-IN"/>
        </w:rPr>
        <w:br/>
      </w:r>
      <w:r w:rsidRPr="00B61602">
        <w:rPr>
          <w:lang w:val="en-IN"/>
        </w:rPr>
        <w:t xml:space="preserve">• </w:t>
      </w:r>
      <w:r w:rsidRPr="003122C7" w:rsidR="003122C7">
        <w:t>Balanced parallel development across Node.js APIs and Magento backend systems.</w:t>
      </w:r>
      <w:r w:rsidRPr="00B61602">
        <w:rPr>
          <w:lang w:val="en-IN"/>
        </w:rPr>
        <w:br/>
        <w:t xml:space="preserve">• Experience in parallel </w:t>
      </w:r>
      <w:r w:rsidRPr="00B61602">
        <w:rPr>
          <w:b/>
          <w:bCs/>
          <w:lang w:val="en-IN"/>
        </w:rPr>
        <w:t>Node.js</w:t>
      </w:r>
      <w:r w:rsidRPr="00B61602">
        <w:rPr>
          <w:lang w:val="en-IN"/>
        </w:rPr>
        <w:t xml:space="preserve"> and </w:t>
      </w:r>
      <w:r w:rsidRPr="00B61602">
        <w:rPr>
          <w:b/>
          <w:bCs/>
          <w:lang w:val="en-IN"/>
        </w:rPr>
        <w:t>Magento2</w:t>
      </w:r>
      <w:r w:rsidRPr="00B61602">
        <w:rPr>
          <w:lang w:val="en-IN"/>
        </w:rPr>
        <w:t xml:space="preserve"> development.</w:t>
      </w:r>
    </w:p>
    <w:p w:rsidR="00B61602" w:rsidRPr="00B61602" w:rsidP="009455CD" w14:paraId="4C8F2B76" w14:textId="77777777">
      <w:pPr>
        <w:rPr>
          <w:lang w:val="en-IN"/>
        </w:rPr>
      </w:pPr>
      <w:r w:rsidRPr="00B61602">
        <w:rPr>
          <w:rFonts w:ascii="Segoe UI Emoji" w:hAnsi="Segoe UI Emoji" w:cs="Segoe UI Emoji"/>
          <w:lang w:val="en-IN"/>
        </w:rPr>
        <w:t>🔹</w:t>
      </w:r>
      <w:r w:rsidRPr="00B61602">
        <w:rPr>
          <w:lang w:val="en-IN"/>
        </w:rPr>
        <w:t xml:space="preserve"> </w:t>
      </w:r>
      <w:r w:rsidRPr="00B61602">
        <w:rPr>
          <w:b/>
          <w:bCs/>
          <w:lang w:val="en-IN"/>
        </w:rPr>
        <w:t>Software Engineer – Commerce Pundit (Nov 2019 – Oct 2020, Ahmedabad)</w:t>
      </w:r>
      <w:r w:rsidRPr="00B61602">
        <w:rPr>
          <w:lang w:val="en-IN"/>
        </w:rPr>
        <w:br/>
        <w:t xml:space="preserve">• </w:t>
      </w:r>
      <w:r w:rsidRPr="00EA0316" w:rsidR="00EA0316">
        <w:t>Supported Magento 2 custom development including PLP/PDP filters, admin tools, and layout updates.</w:t>
      </w:r>
      <w:r w:rsidRPr="00B61602">
        <w:rPr>
          <w:lang w:val="en-IN"/>
        </w:rPr>
        <w:br/>
        <w:t>• Completed internship &amp; joined full-time to build Magento UI enhancements, filters &amp;</w:t>
      </w:r>
      <w:r w:rsidR="00CE4D50">
        <w:rPr>
          <w:lang w:val="en-IN"/>
        </w:rPr>
        <w:t xml:space="preserve"> </w:t>
      </w:r>
      <w:r w:rsidRPr="00B61602">
        <w:rPr>
          <w:lang w:val="en-IN"/>
        </w:rPr>
        <w:t>backend logic.</w:t>
      </w:r>
      <w:r w:rsidRPr="00B61602">
        <w:rPr>
          <w:lang w:val="en-IN"/>
        </w:rPr>
        <w:br/>
        <w:t>• Managed PLP/PDP updates, optimized mobile views &amp; custom functionality.</w:t>
      </w:r>
    </w:p>
    <w:p w:rsidR="00B61602" w:rsidRPr="00B61602" w:rsidP="009455CD" w14:paraId="2B8332A6" w14:textId="77777777">
      <w:pPr>
        <w:rPr>
          <w:lang w:val="en-IN"/>
        </w:rPr>
      </w:pPr>
      <w:r w:rsidRPr="00B61602">
        <w:rPr>
          <w:rFonts w:ascii="Segoe UI Emoji" w:hAnsi="Segoe UI Emoji" w:cs="Segoe UI Emoji"/>
          <w:lang w:val="en-IN"/>
        </w:rPr>
        <w:t>🔹</w:t>
      </w:r>
      <w:r w:rsidRPr="00B61602">
        <w:rPr>
          <w:lang w:val="en-IN"/>
        </w:rPr>
        <w:t xml:space="preserve"> </w:t>
      </w:r>
      <w:r w:rsidRPr="00B61602">
        <w:rPr>
          <w:b/>
          <w:bCs/>
          <w:lang w:val="en-IN"/>
        </w:rPr>
        <w:t>PHP Developer – Markup Solutions (Jul 2017 – Jul 2019, Ahmedabad)</w:t>
      </w:r>
      <w:r w:rsidRPr="00B61602">
        <w:rPr>
          <w:lang w:val="en-IN"/>
        </w:rPr>
        <w:br/>
        <w:t xml:space="preserve">• </w:t>
      </w:r>
      <w:r w:rsidRPr="00A87D89" w:rsidR="00A87D89">
        <w:t>Developed CRM, donation, and lottery platforms using PHP, MySQL, and jQuery.</w:t>
      </w:r>
      <w:r w:rsidRPr="00B61602">
        <w:rPr>
          <w:lang w:val="en-IN"/>
        </w:rPr>
        <w:br/>
        <w:t xml:space="preserve">• </w:t>
      </w:r>
      <w:r w:rsidRPr="00AD5F4B" w:rsidR="00AD5F4B">
        <w:t>Integrated PayPal, user authentication, and custom dashboards</w:t>
      </w:r>
      <w:r w:rsidR="00AD5F4B">
        <w:t xml:space="preserve"> and b</w:t>
      </w:r>
      <w:r w:rsidRPr="00AD5F4B" w:rsidR="00AD5F4B">
        <w:t>uilt responsive UIs and optimized legacy PHP code for better maintainability.</w:t>
      </w:r>
    </w:p>
    <w:p w:rsidR="00406F0D" w:rsidP="009455CD" w14:paraId="633AC98B" w14:textId="77777777">
      <w:r>
        <w:t xml:space="preserve"> </w:t>
      </w:r>
      <w:r>
        <w:rPr>
          <w:rFonts w:ascii="Calibri" w:eastAsia="Calibri" w:hAnsi="Calibri" w:cs="Calibri"/>
          <w:b/>
          <w:color w:val="376092"/>
          <w:sz w:val="28"/>
        </w:rPr>
        <w:t>Projects</w:t>
      </w:r>
      <w:r>
        <w:br/>
        <w:t xml:space="preserve">• </w:t>
      </w:r>
      <w:r>
        <w:rPr>
          <w:b/>
          <w:bCs/>
        </w:rPr>
        <w:t>Book Grove</w:t>
      </w:r>
      <w:r>
        <w:t>: Full-stack MERN-based eCommerce app featuring product filtering, secure checkout, JWT auth, and payment integration.</w:t>
      </w:r>
      <w:r>
        <w:br/>
        <w:t xml:space="preserve">• </w:t>
      </w:r>
      <w:r>
        <w:rPr>
          <w:b/>
          <w:bCs/>
        </w:rPr>
        <w:t>NBF Central (2023)</w:t>
      </w:r>
      <w:r>
        <w:t>: Built Node.js backend for scalable product data handling; integrated Magento 2 with Amazon/eBay and developed catalog sync features.</w:t>
      </w:r>
      <w:r>
        <w:br/>
        <w:t xml:space="preserve">• </w:t>
      </w:r>
      <w:r>
        <w:rPr>
          <w:b/>
          <w:bCs/>
        </w:rPr>
        <w:t>Surplus Furniture (2022)</w:t>
      </w:r>
      <w:r>
        <w:t>: Enhanced the Commerce platform for a top furniture and mattress retailer, optimizing performance and ensuring a seamless customer experience.</w:t>
      </w:r>
      <w:r>
        <w:br/>
        <w:t xml:space="preserve">• </w:t>
      </w:r>
      <w:r>
        <w:rPr>
          <w:b/>
          <w:bCs/>
        </w:rPr>
        <w:t>Fun Express (2021)</w:t>
      </w:r>
      <w:r>
        <w:t>: Led the enhancement of a B2B platform for wholesale toys, novelties, giftware and party supplies, improving user experience and streamlining the ordering process.</w:t>
      </w:r>
      <w:r>
        <w:br/>
        <w:t xml:space="preserve">• </w:t>
      </w:r>
      <w:r>
        <w:rPr>
          <w:b/>
          <w:bCs/>
        </w:rPr>
        <w:t>Teens Unite (2019–2020)</w:t>
      </w:r>
      <w:r>
        <w:t>: Developed Teen Registration, Fundraising &amp; Donation features with PayPal integration. Implemented Teens Unite Lottery, supporting PayPal &amp; standing orders.</w:t>
      </w:r>
    </w:p>
    <w:p w:rsidR="00833104" w:rsidP="009455CD" w14:paraId="4951F034" w14:textId="334E4DE7">
      <w:r>
        <w:rPr>
          <w:rFonts w:ascii="Calibri" w:eastAsia="Calibri" w:hAnsi="Calibri" w:cs="Calibri"/>
          <w:b/>
          <w:color w:val="376092"/>
          <w:sz w:val="28"/>
        </w:rPr>
        <w:t>Education</w:t>
      </w:r>
    </w:p>
    <w:p w:rsidR="00FE5D70" w:rsidP="009455CD" w14:paraId="6152BF06" w14:textId="77777777">
      <w:r>
        <w:rPr>
          <w:rFonts w:ascii="Segoe UI Emoji" w:hAnsi="Segoe UI Emoji" w:cs="Segoe UI Emoji"/>
        </w:rPr>
        <w:t>🎓</w:t>
      </w:r>
      <w:r>
        <w:t xml:space="preserve"> MCA – Ganpat University (2013–2015)</w:t>
      </w:r>
    </w:p>
    <w:p w:rsidR="00FE5D70" w:rsidP="009455CD" w14:paraId="3E7727BD" w14:textId="77777777">
      <w:r>
        <w:t>🎓 B.Ed. – HNGU (2012–2013)</w:t>
      </w:r>
    </w:p>
    <w:p w:rsidR="00FE5D70" w:rsidP="009455CD" w14:paraId="7C3C6056" w14:textId="77777777">
      <w:r>
        <w:t>🎓 BCA – HNGU (2009–2012)</w:t>
      </w:r>
    </w:p>
    <w:p w:rsidR="00FE5D70" w:rsidP="009455CD" w14:paraId="3348CBEA" w14:textId="77777777">
      <w:pPr>
        <w:pStyle w:val="Heading1"/>
      </w:pPr>
      <w:r>
        <w:t>Courses &amp; Certifications</w:t>
      </w:r>
    </w:p>
    <w:p w:rsidR="00FE5D70" w:rsidP="009455CD" w14:paraId="0AC38F7A" w14:textId="77777777">
      <w:pPr>
        <w:jc w:val="both"/>
      </w:pPr>
      <w:r>
        <w:t>• Full Stack Development Program – (2023–2024)</w:t>
      </w:r>
    </w:p>
    <w:p w:rsidR="00FE5D70" w:rsidP="009455CD" w14:paraId="0B63E908" w14:textId="77777777">
      <w:pPr>
        <w:jc w:val="both"/>
      </w:pPr>
      <w:r>
        <w:t>• Magento Professional Developer – Adobe Certified (2023)</w:t>
      </w:r>
    </w:p>
    <w:p w:rsidR="00FE5D70" w:rsidP="009455CD" w14:paraId="12EF83BE" w14:textId="77777777">
      <w:pPr>
        <w:pStyle w:val="Heading1"/>
      </w:pPr>
      <w:r>
        <w:t>Achievements</w:t>
      </w:r>
    </w:p>
    <w:p w:rsidR="00FE5D70" w:rsidP="009455CD" w14:paraId="099DCD78" w14:textId="77777777">
      <w:r>
        <w:rPr>
          <w:rFonts w:ascii="Segoe UI Emoji" w:hAnsi="Segoe UI Emoji" w:cs="Segoe UI Emoji"/>
        </w:rPr>
        <w:t>🏆</w:t>
      </w:r>
      <w:r>
        <w:t xml:space="preserve"> Excellence Award – Encora (2021)</w:t>
      </w:r>
      <w:r>
        <w:br/>
        <w:t>🏆 Team Excellence Award – Encora (2023)</w:t>
      </w:r>
    </w:p>
    <w:sectPr>
      <w:pgSz w:w="11906" w:h="16838"/>
      <w:pgMar w:top="1440" w:right="1440" w:bottom="1440" w:left="1800" w:header="720" w:footer="720" w:gutter="0"/>
      <w:cols w:space="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23981800">
    <w:abstractNumId w:val="8"/>
  </w:num>
  <w:num w:numId="2" w16cid:durableId="1770077782">
    <w:abstractNumId w:val="6"/>
  </w:num>
  <w:num w:numId="3" w16cid:durableId="1857188805">
    <w:abstractNumId w:val="5"/>
  </w:num>
  <w:num w:numId="4" w16cid:durableId="1996059394">
    <w:abstractNumId w:val="4"/>
  </w:num>
  <w:num w:numId="5" w16cid:durableId="1549606985">
    <w:abstractNumId w:val="7"/>
  </w:num>
  <w:num w:numId="6" w16cid:durableId="924611922">
    <w:abstractNumId w:val="3"/>
  </w:num>
  <w:num w:numId="7" w16cid:durableId="420612995">
    <w:abstractNumId w:val="2"/>
  </w:num>
  <w:num w:numId="8" w16cid:durableId="1919830223">
    <w:abstractNumId w:val="1"/>
  </w:num>
  <w:num w:numId="9" w16cid:durableId="5911651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Setting w:name="differentiateMultirowTableHeaders" w:uri="http://schemas.microsoft.com/office/word" w:val="1"/>
  </w:compat>
  <w:rsids>
    <w:rsidRoot w:val="00B47730"/>
    <w:rsid w:val="00034616"/>
    <w:rsid w:val="0006063C"/>
    <w:rsid w:val="00140238"/>
    <w:rsid w:val="0015074B"/>
    <w:rsid w:val="001F25DF"/>
    <w:rsid w:val="00203C5D"/>
    <w:rsid w:val="00226DA8"/>
    <w:rsid w:val="00237981"/>
    <w:rsid w:val="0026216C"/>
    <w:rsid w:val="00262967"/>
    <w:rsid w:val="00287ED3"/>
    <w:rsid w:val="0029639D"/>
    <w:rsid w:val="003122C7"/>
    <w:rsid w:val="00326F90"/>
    <w:rsid w:val="003646F2"/>
    <w:rsid w:val="003671F0"/>
    <w:rsid w:val="0038483E"/>
    <w:rsid w:val="003E4FF5"/>
    <w:rsid w:val="003E5AFB"/>
    <w:rsid w:val="003E658B"/>
    <w:rsid w:val="00406F0D"/>
    <w:rsid w:val="0049071E"/>
    <w:rsid w:val="004B05BE"/>
    <w:rsid w:val="004E2FC4"/>
    <w:rsid w:val="005D43B7"/>
    <w:rsid w:val="005F7294"/>
    <w:rsid w:val="006422C1"/>
    <w:rsid w:val="00717EB2"/>
    <w:rsid w:val="007459F6"/>
    <w:rsid w:val="00774648"/>
    <w:rsid w:val="007A709B"/>
    <w:rsid w:val="007E37A4"/>
    <w:rsid w:val="00833104"/>
    <w:rsid w:val="00877129"/>
    <w:rsid w:val="008A3C68"/>
    <w:rsid w:val="008E14B6"/>
    <w:rsid w:val="009016C0"/>
    <w:rsid w:val="00906A54"/>
    <w:rsid w:val="00907503"/>
    <w:rsid w:val="00925DEF"/>
    <w:rsid w:val="00933B20"/>
    <w:rsid w:val="009455CD"/>
    <w:rsid w:val="009E1094"/>
    <w:rsid w:val="00A51802"/>
    <w:rsid w:val="00A63496"/>
    <w:rsid w:val="00A87D89"/>
    <w:rsid w:val="00A91CD8"/>
    <w:rsid w:val="00A96604"/>
    <w:rsid w:val="00AA1D8D"/>
    <w:rsid w:val="00AC175C"/>
    <w:rsid w:val="00AD26A3"/>
    <w:rsid w:val="00AD5F4B"/>
    <w:rsid w:val="00B0131D"/>
    <w:rsid w:val="00B3773E"/>
    <w:rsid w:val="00B47730"/>
    <w:rsid w:val="00B61602"/>
    <w:rsid w:val="00BC50BB"/>
    <w:rsid w:val="00BE2174"/>
    <w:rsid w:val="00BF5F81"/>
    <w:rsid w:val="00C41E51"/>
    <w:rsid w:val="00C471B6"/>
    <w:rsid w:val="00CB0664"/>
    <w:rsid w:val="00CB160E"/>
    <w:rsid w:val="00CC1E50"/>
    <w:rsid w:val="00CE26DA"/>
    <w:rsid w:val="00CE4D50"/>
    <w:rsid w:val="00D0264F"/>
    <w:rsid w:val="00D343E9"/>
    <w:rsid w:val="00D57892"/>
    <w:rsid w:val="00DA0DED"/>
    <w:rsid w:val="00E500A0"/>
    <w:rsid w:val="00E92634"/>
    <w:rsid w:val="00EA0316"/>
    <w:rsid w:val="00F23EAF"/>
    <w:rsid w:val="00F26CF8"/>
    <w:rsid w:val="00F409A6"/>
    <w:rsid w:val="00FC693F"/>
    <w:rsid w:val="00FE5D70"/>
  </w:rsids>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14:defaultImageDpi w14:val="300"/>
  <w14:docId w14:val="2023B812"/>
  <w15:docId w15:val="{09A51935-9F8C-45DC-ABD4-0D4795609B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611</Words>
  <Characters>3483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lastModifiedBy>kuldeep3063 kuldeep3063</cp:lastModifiedBy>
  <cp:revision>6</cp:revision>
  <dcterms:created xsi:type="dcterms:W3CDTF">2025-04-29T09:33:00Z</dcterms:created>
  <dcterms:modified xsi:type="dcterms:W3CDTF">2025-04-29T09:42:00Z</dcterms:modified>
</cp:coreProperties>
</file>