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42AA6" w14:textId="77777777" w:rsidR="00AF34AD" w:rsidRPr="004B1B09" w:rsidRDefault="004211B7" w:rsidP="004B1B09">
      <w:pPr>
        <w:pStyle w:val="Heading1"/>
        <w:spacing w:after="200"/>
        <w:jc w:val="center"/>
        <w:rPr>
          <w:sz w:val="32"/>
          <w:szCs w:val="32"/>
        </w:rPr>
      </w:pPr>
      <w:r w:rsidRPr="004B1B09">
        <w:rPr>
          <w:rFonts w:ascii="Calibri" w:eastAsia="Calibri" w:hAnsi="Calibri"/>
          <w:color w:val="000000"/>
          <w:sz w:val="32"/>
          <w:szCs w:val="32"/>
        </w:rPr>
        <w:t xml:space="preserve">Hiren </w:t>
      </w:r>
      <w:proofErr w:type="spellStart"/>
      <w:r w:rsidRPr="004B1B09">
        <w:rPr>
          <w:rFonts w:ascii="Calibri" w:eastAsia="Calibri" w:hAnsi="Calibri"/>
          <w:color w:val="000000"/>
          <w:sz w:val="32"/>
          <w:szCs w:val="32"/>
        </w:rPr>
        <w:t>Thakor</w:t>
      </w:r>
      <w:proofErr w:type="spellEnd"/>
    </w:p>
    <w:p w14:paraId="5B7521E8" w14:textId="77777777" w:rsidR="00AF34AD" w:rsidRPr="004B1B09" w:rsidRDefault="004211B7" w:rsidP="004B1B09">
      <w:pPr>
        <w:jc w:val="center"/>
        <w:rPr>
          <w:b/>
          <w:sz w:val="32"/>
          <w:szCs w:val="32"/>
        </w:rPr>
      </w:pPr>
      <w:r w:rsidRPr="004B1B09">
        <w:rPr>
          <w:rFonts w:ascii="Calibri" w:eastAsia="Calibri" w:hAnsi="Calibri"/>
          <w:b/>
          <w:color w:val="000000"/>
          <w:sz w:val="32"/>
          <w:szCs w:val="32"/>
        </w:rPr>
        <w:t xml:space="preserve">9016982565 </w:t>
      </w:r>
      <w:r w:rsidR="6CF19224" w:rsidRPr="004B1B09">
        <w:rPr>
          <w:rFonts w:ascii="Calibri" w:eastAsia="Calibri" w:hAnsi="Calibri"/>
          <w:b/>
          <w:color w:val="000000"/>
          <w:sz w:val="32"/>
          <w:szCs w:val="32"/>
        </w:rPr>
        <w:t>-</w:t>
      </w:r>
      <w:r w:rsidRPr="004B1B09">
        <w:rPr>
          <w:rFonts w:ascii="Calibri" w:eastAsia="Calibri" w:hAnsi="Calibri"/>
          <w:b/>
          <w:color w:val="000000"/>
          <w:sz w:val="32"/>
          <w:szCs w:val="32"/>
        </w:rPr>
        <w:t>7041111838    hiren22012000@gmail.com</w:t>
      </w:r>
    </w:p>
    <w:p w14:paraId="37A2A802" w14:textId="77777777" w:rsidR="00AF34AD" w:rsidRDefault="004211B7">
      <w:pPr>
        <w:pStyle w:val="Heading2"/>
        <w:spacing w:after="200"/>
      </w:pPr>
      <w:r>
        <w:rPr>
          <w:rFonts w:ascii="Calibri" w:eastAsia="Calibri" w:hAnsi="Calibri"/>
          <w:color w:val="0066CC"/>
          <w:sz w:val="32"/>
        </w:rPr>
        <w:t>Objective</w:t>
      </w:r>
    </w:p>
    <w:p w14:paraId="76142FB0" w14:textId="77777777" w:rsidR="00AF34AD" w:rsidRPr="004B1B09" w:rsidRDefault="004211B7">
      <w:pPr>
        <w:rPr>
          <w:color w:val="000000" w:themeColor="text1"/>
        </w:rPr>
      </w:pPr>
      <w:r w:rsidRPr="004B1B09">
        <w:rPr>
          <w:rFonts w:ascii="Calibri" w:eastAsia="Calibri" w:hAnsi="Calibri"/>
          <w:color w:val="000000" w:themeColor="text1"/>
          <w:sz w:val="28"/>
        </w:rPr>
        <w:t>A motivated individual with in-depth knowledge of languages and development tools, seeking a position in a growth-oriented company where I can use my skills to the advantage of the company while having the scope to develop my own skills.</w:t>
      </w:r>
    </w:p>
    <w:p w14:paraId="7F766067" w14:textId="77777777" w:rsidR="00AF34AD" w:rsidRDefault="004211B7">
      <w:pPr>
        <w:pStyle w:val="Heading2"/>
        <w:spacing w:after="200"/>
      </w:pPr>
      <w:r>
        <w:rPr>
          <w:rFonts w:ascii="Calibri" w:eastAsia="Calibri" w:hAnsi="Calibri"/>
          <w:color w:val="0066CC"/>
          <w:sz w:val="28"/>
        </w:rPr>
        <w:t>Education</w:t>
      </w:r>
    </w:p>
    <w:p w14:paraId="7B5D5E27" w14:textId="77777777" w:rsidR="00AF34AD" w:rsidRPr="004B1B09" w:rsidRDefault="004211B7">
      <w:pPr>
        <w:rPr>
          <w:sz w:val="28"/>
          <w:szCs w:val="28"/>
        </w:rPr>
      </w:pPr>
      <w:r w:rsidRPr="004B1B09">
        <w:rPr>
          <w:rFonts w:ascii="Calibri" w:eastAsia="Calibri" w:hAnsi="Calibri"/>
          <w:b/>
          <w:color w:val="1F497D" w:themeColor="text2"/>
          <w:sz w:val="28"/>
          <w:szCs w:val="28"/>
        </w:rPr>
        <w:t>BCA</w:t>
      </w:r>
      <w:r w:rsidRPr="004B1B09">
        <w:rPr>
          <w:rFonts w:ascii="Calibri" w:eastAsia="Calibri" w:hAnsi="Calibri"/>
          <w:color w:val="000000"/>
          <w:sz w:val="28"/>
          <w:szCs w:val="28"/>
        </w:rPr>
        <w:br/>
      </w:r>
      <w:proofErr w:type="spellStart"/>
      <w:r w:rsidRPr="004B1B09">
        <w:rPr>
          <w:rFonts w:ascii="Calibri" w:eastAsia="Calibri" w:hAnsi="Calibri"/>
          <w:color w:val="000000"/>
          <w:sz w:val="28"/>
          <w:szCs w:val="28"/>
        </w:rPr>
        <w:t>Umiya</w:t>
      </w:r>
      <w:proofErr w:type="spellEnd"/>
      <w:r w:rsidRPr="004B1B09">
        <w:rPr>
          <w:rFonts w:ascii="Calibri" w:eastAsia="Calibri" w:hAnsi="Calibri"/>
          <w:color w:val="000000"/>
          <w:sz w:val="28"/>
          <w:szCs w:val="28"/>
        </w:rPr>
        <w:t xml:space="preserve"> Arts and commerce college, Ahmedabad</w:t>
      </w:r>
    </w:p>
    <w:p w14:paraId="47F1FF6B" w14:textId="77777777" w:rsidR="00AF34AD" w:rsidRPr="004B1B09" w:rsidRDefault="004211B7">
      <w:pPr>
        <w:rPr>
          <w:sz w:val="28"/>
          <w:szCs w:val="28"/>
        </w:rPr>
      </w:pPr>
      <w:proofErr w:type="spellStart"/>
      <w:r w:rsidRPr="004B1B09">
        <w:rPr>
          <w:rFonts w:ascii="Calibri" w:eastAsia="Calibri" w:hAnsi="Calibri"/>
          <w:b/>
          <w:color w:val="1F497D" w:themeColor="text2"/>
          <w:sz w:val="28"/>
          <w:szCs w:val="28"/>
        </w:rPr>
        <w:t>MscIT</w:t>
      </w:r>
      <w:proofErr w:type="spellEnd"/>
      <w:r w:rsidRPr="004B1B09">
        <w:rPr>
          <w:rFonts w:ascii="Calibri" w:eastAsia="Calibri" w:hAnsi="Calibri"/>
          <w:color w:val="000000"/>
          <w:sz w:val="28"/>
          <w:szCs w:val="28"/>
        </w:rPr>
        <w:br/>
        <w:t>LDRP Institute, Gandhinagar</w:t>
      </w:r>
    </w:p>
    <w:p w14:paraId="29E09273" w14:textId="77777777" w:rsidR="00AF34AD" w:rsidRPr="004B1B09" w:rsidRDefault="004211B7">
      <w:pPr>
        <w:pStyle w:val="Heading2"/>
        <w:spacing w:after="200"/>
        <w:rPr>
          <w:sz w:val="28"/>
          <w:szCs w:val="28"/>
        </w:rPr>
      </w:pPr>
      <w:r w:rsidRPr="004B1B09">
        <w:rPr>
          <w:rFonts w:ascii="Calibri" w:eastAsia="Calibri" w:hAnsi="Calibri"/>
          <w:color w:val="0066CC"/>
          <w:sz w:val="28"/>
          <w:szCs w:val="28"/>
        </w:rPr>
        <w:t>Experience</w:t>
      </w:r>
    </w:p>
    <w:p w14:paraId="275F12CE" w14:textId="77777777" w:rsidR="00AF34AD" w:rsidRPr="004B1B09" w:rsidRDefault="004211B7">
      <w:pPr>
        <w:rPr>
          <w:sz w:val="28"/>
          <w:szCs w:val="28"/>
        </w:rPr>
      </w:pPr>
      <w:proofErr w:type="spellStart"/>
      <w:r w:rsidRPr="004B1B09">
        <w:rPr>
          <w:rFonts w:ascii="Calibri" w:eastAsia="Calibri" w:hAnsi="Calibri"/>
          <w:bCs/>
          <w:color w:val="000000"/>
          <w:sz w:val="28"/>
          <w:szCs w:val="28"/>
        </w:rPr>
        <w:t>Selecto</w:t>
      </w:r>
      <w:proofErr w:type="spellEnd"/>
      <w:r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India Private Limited</w:t>
      </w:r>
      <w:r w:rsidR="470EE876"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</w:t>
      </w:r>
      <w:r w:rsidRPr="004B1B09">
        <w:rPr>
          <w:rFonts w:ascii="Calibri" w:eastAsia="Calibri" w:hAnsi="Calibri"/>
          <w:color w:val="000000"/>
          <w:sz w:val="28"/>
          <w:szCs w:val="28"/>
        </w:rPr>
        <w:t>Magento Trainee</w:t>
      </w:r>
      <w:r w:rsidR="00111B74" w:rsidRPr="004B1B09">
        <w:rPr>
          <w:rFonts w:ascii="Calibri" w:eastAsia="Calibri" w:hAnsi="Calibri"/>
          <w:color w:val="000000"/>
          <w:sz w:val="28"/>
          <w:szCs w:val="28"/>
        </w:rPr>
        <w:t>(2021-22)</w:t>
      </w:r>
    </w:p>
    <w:p w14:paraId="05613830" w14:textId="77777777" w:rsidR="00AF34AD" w:rsidRPr="004B1B09" w:rsidRDefault="004211B7">
      <w:pPr>
        <w:rPr>
          <w:sz w:val="28"/>
          <w:szCs w:val="28"/>
        </w:rPr>
      </w:pPr>
      <w:proofErr w:type="spellStart"/>
      <w:r w:rsidRPr="004B1B09">
        <w:rPr>
          <w:rFonts w:ascii="Calibri" w:eastAsia="Calibri" w:hAnsi="Calibri"/>
          <w:bCs/>
          <w:color w:val="000000"/>
          <w:sz w:val="28"/>
          <w:szCs w:val="28"/>
        </w:rPr>
        <w:t>Syndell</w:t>
      </w:r>
      <w:proofErr w:type="spellEnd"/>
      <w:r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Technologies</w:t>
      </w:r>
      <w:r w:rsidR="50E2EE6B"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</w:t>
      </w:r>
      <w:r w:rsidRPr="004B1B09">
        <w:rPr>
          <w:rFonts w:ascii="Calibri" w:eastAsia="Calibri" w:hAnsi="Calibri"/>
          <w:color w:val="000000"/>
          <w:sz w:val="28"/>
          <w:szCs w:val="28"/>
        </w:rPr>
        <w:t>Web Developer (WordPress)</w:t>
      </w:r>
      <w:r w:rsidR="00E1017D" w:rsidRPr="004B1B09">
        <w:rPr>
          <w:rFonts w:ascii="Calibri" w:eastAsia="Calibri" w:hAnsi="Calibri"/>
          <w:color w:val="000000"/>
          <w:sz w:val="28"/>
          <w:szCs w:val="28"/>
        </w:rPr>
        <w:t>(2022-23)</w:t>
      </w:r>
    </w:p>
    <w:p w14:paraId="7DB54A9F" w14:textId="3D23C724" w:rsidR="00E1017D" w:rsidRPr="004B1B09" w:rsidRDefault="00E1017D" w:rsidP="7EDC1580">
      <w:pPr>
        <w:rPr>
          <w:b/>
          <w:bCs/>
          <w:sz w:val="28"/>
          <w:szCs w:val="28"/>
        </w:rPr>
      </w:pPr>
      <w:proofErr w:type="spellStart"/>
      <w:r w:rsidRPr="004B1B09">
        <w:rPr>
          <w:rFonts w:ascii="Calibri" w:eastAsia="Calibri" w:hAnsi="Calibri"/>
          <w:bCs/>
          <w:color w:val="000000"/>
          <w:sz w:val="28"/>
          <w:szCs w:val="28"/>
        </w:rPr>
        <w:t>Shoutnhike</w:t>
      </w:r>
      <w:proofErr w:type="spellEnd"/>
      <w:r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SCO services </w:t>
      </w:r>
      <w:r w:rsidR="4DEA7B24" w:rsidRPr="004B1B09">
        <w:rPr>
          <w:rFonts w:ascii="Calibri" w:eastAsia="Calibri" w:hAnsi="Calibri"/>
          <w:bCs/>
          <w:color w:val="000000"/>
          <w:sz w:val="28"/>
          <w:szCs w:val="28"/>
        </w:rPr>
        <w:t xml:space="preserve"> </w:t>
      </w:r>
      <w:r w:rsidR="00E90A3A" w:rsidRPr="004B1B09">
        <w:rPr>
          <w:rFonts w:ascii="Calibri" w:eastAsia="Calibri" w:hAnsi="Calibri"/>
          <w:color w:val="000000"/>
          <w:sz w:val="28"/>
          <w:szCs w:val="28"/>
        </w:rPr>
        <w:t>WordPress developer (</w:t>
      </w:r>
      <w:r w:rsidR="00BB3E40" w:rsidRPr="004B1B09">
        <w:rPr>
          <w:rFonts w:ascii="Calibri" w:eastAsia="Calibri" w:hAnsi="Calibri"/>
          <w:color w:val="000000"/>
          <w:sz w:val="28"/>
          <w:szCs w:val="28"/>
        </w:rPr>
        <w:t>01/12/23 to 31/12/2</w:t>
      </w:r>
      <w:r w:rsidR="00180297">
        <w:rPr>
          <w:rFonts w:ascii="Calibri" w:eastAsia="Calibri" w:hAnsi="Calibri"/>
          <w:color w:val="000000"/>
          <w:sz w:val="28"/>
          <w:szCs w:val="28"/>
        </w:rPr>
        <w:t>4</w:t>
      </w:r>
      <w:r w:rsidR="00800A70" w:rsidRPr="004B1B09">
        <w:rPr>
          <w:rFonts w:ascii="Calibri" w:eastAsia="Calibri" w:hAnsi="Calibri"/>
          <w:color w:val="000000"/>
          <w:sz w:val="28"/>
          <w:szCs w:val="28"/>
        </w:rPr>
        <w:t>)</w:t>
      </w:r>
    </w:p>
    <w:p w14:paraId="2EFCB704" w14:textId="77777777" w:rsidR="00AF34AD" w:rsidRDefault="7389247D" w:rsidP="7EDC1580">
      <w:pPr>
        <w:rPr>
          <w:b/>
          <w:bCs/>
          <w:color w:val="4F81BD" w:themeColor="accent1"/>
        </w:rPr>
      </w:pPr>
      <w:r w:rsidRPr="7EDC1580">
        <w:rPr>
          <w:rFonts w:ascii="Calibri" w:eastAsia="Calibri" w:hAnsi="Calibri"/>
          <w:b/>
          <w:bCs/>
          <w:color w:val="0066CC"/>
          <w:sz w:val="28"/>
        </w:rPr>
        <w:t xml:space="preserve">Nexgits Private Limited </w:t>
      </w:r>
      <w:r w:rsidR="2F212B2F" w:rsidRPr="7EDC1580">
        <w:rPr>
          <w:rFonts w:ascii="Calibri" w:eastAsia="Calibri" w:hAnsi="Calibri"/>
          <w:b/>
          <w:bCs/>
          <w:color w:val="0066CC"/>
          <w:sz w:val="28"/>
        </w:rPr>
        <w:t xml:space="preserve"> </w:t>
      </w:r>
      <w:r w:rsidR="2F212B2F">
        <w:rPr>
          <w:rFonts w:ascii="Calibri" w:eastAsia="Calibri" w:hAnsi="Calibri"/>
          <w:b/>
          <w:color w:val="0066CC"/>
          <w:sz w:val="28"/>
        </w:rPr>
        <w:t xml:space="preserve">WordPress Developer </w:t>
      </w:r>
      <w:r>
        <w:rPr>
          <w:rFonts w:ascii="Calibri" w:eastAsia="Calibri" w:hAnsi="Calibri"/>
          <w:b/>
          <w:color w:val="0066CC"/>
          <w:sz w:val="28"/>
        </w:rPr>
        <w:t>(</w:t>
      </w:r>
      <w:r w:rsidR="004211B7">
        <w:rPr>
          <w:rFonts w:ascii="Calibri" w:eastAsia="Calibri" w:hAnsi="Calibri"/>
          <w:b/>
          <w:color w:val="0066CC"/>
          <w:sz w:val="28"/>
        </w:rPr>
        <w:t>01/02/2025 – Present</w:t>
      </w:r>
      <w:r w:rsidR="4946FAD0">
        <w:rPr>
          <w:rFonts w:ascii="Calibri" w:eastAsia="Calibri" w:hAnsi="Calibri"/>
          <w:b/>
          <w:color w:val="0066CC"/>
          <w:sz w:val="28"/>
        </w:rPr>
        <w:t>)</w:t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004B1B09">
        <w:rPr>
          <w:rFonts w:ascii="Calibri" w:eastAsia="Calibri" w:hAnsi="Calibri"/>
          <w:b/>
          <w:bCs/>
          <w:color w:val="0066CC"/>
          <w:sz w:val="28"/>
        </w:rPr>
        <w:t xml:space="preserve">Experience In </w:t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004211B7" w:rsidRPr="004B1B09">
        <w:rPr>
          <w:rFonts w:ascii="Calibri" w:eastAsia="Calibri" w:hAnsi="Calibri"/>
          <w:color w:val="000000" w:themeColor="text1"/>
          <w:sz w:val="28"/>
        </w:rPr>
        <w:t>- Developed WordPress websites from scratch based on client requirements.</w:t>
      </w:r>
      <w:r w:rsidR="004211B7" w:rsidRPr="004B1B09">
        <w:rPr>
          <w:rFonts w:ascii="Calibri" w:eastAsia="Calibri" w:hAnsi="Calibri"/>
          <w:color w:val="000000" w:themeColor="text1"/>
          <w:sz w:val="28"/>
        </w:rPr>
        <w:br/>
        <w:t>- Independently handled theme customization, plugin integration, and responsive design.</w:t>
      </w:r>
      <w:r w:rsidR="004211B7" w:rsidRPr="004B1B09">
        <w:rPr>
          <w:rFonts w:ascii="Calibri" w:eastAsia="Calibri" w:hAnsi="Calibri"/>
          <w:color w:val="000000" w:themeColor="text1"/>
          <w:sz w:val="28"/>
        </w:rPr>
        <w:br/>
        <w:t>- Ensured consistency in font styles and layout across the entire website.</w:t>
      </w:r>
      <w:r w:rsidR="004211B7" w:rsidRPr="004B1B09">
        <w:rPr>
          <w:rFonts w:ascii="Calibri" w:eastAsia="Calibri" w:hAnsi="Calibri"/>
          <w:color w:val="000000" w:themeColor="text1"/>
          <w:sz w:val="28"/>
        </w:rPr>
        <w:br/>
        <w:t>- Maintained website performance, updates, and security.</w:t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4EE5C70F" w:rsidRPr="7EDC1580">
        <w:rPr>
          <w:rFonts w:ascii="Calibri" w:eastAsia="Calibri" w:hAnsi="Calibri"/>
          <w:b/>
          <w:bCs/>
          <w:color w:val="0066CC"/>
          <w:sz w:val="28"/>
        </w:rPr>
        <w:t>Websites I have developed</w:t>
      </w:r>
      <w:r w:rsidR="004211B7">
        <w:rPr>
          <w:rFonts w:ascii="Calibri" w:eastAsia="Calibri" w:hAnsi="Calibri"/>
          <w:b/>
          <w:color w:val="0066CC"/>
          <w:sz w:val="28"/>
        </w:rPr>
        <w:br/>
      </w:r>
      <w:r w:rsidR="004211B7">
        <w:rPr>
          <w:rFonts w:ascii="Calibri" w:eastAsia="Calibri" w:hAnsi="Calibri"/>
          <w:b/>
          <w:color w:val="0066CC"/>
          <w:sz w:val="28"/>
        </w:rPr>
        <w:br/>
      </w:r>
      <w:hyperlink r:id="rId6">
        <w:r w:rsidR="30E033FB" w:rsidRPr="7EDC1580">
          <w:rPr>
            <w:rStyle w:val="Hyperlink"/>
            <w:rFonts w:ascii="Cambria" w:eastAsia="Cambria" w:hAnsi="Cambria" w:cs="Cambria"/>
          </w:rPr>
          <w:t>Lok kala Foundation</w:t>
        </w:r>
        <w:r w:rsidR="004211B7">
          <w:br/>
        </w:r>
      </w:hyperlink>
      <w:hyperlink r:id="rId7">
        <w:r w:rsidR="4FEE1386" w:rsidRPr="7EDC1580">
          <w:rPr>
            <w:rStyle w:val="Hyperlink"/>
            <w:rFonts w:ascii="Cambria" w:eastAsia="Cambria" w:hAnsi="Cambria" w:cs="Cambria"/>
          </w:rPr>
          <w:t>Home - Dr Pink</w:t>
        </w:r>
        <w:r w:rsidR="004211B7">
          <w:br/>
        </w:r>
      </w:hyperlink>
      <w:hyperlink r:id="rId8">
        <w:r w:rsidR="332CE3F1" w:rsidRPr="7EDC1580">
          <w:rPr>
            <w:rStyle w:val="Hyperlink"/>
            <w:rFonts w:ascii="Cambria" w:eastAsia="Cambria" w:hAnsi="Cambria" w:cs="Cambria"/>
          </w:rPr>
          <w:t>Farm ethics</w:t>
        </w:r>
        <w:r w:rsidR="004211B7">
          <w:br/>
        </w:r>
      </w:hyperlink>
      <w:hyperlink r:id="rId9">
        <w:r w:rsidR="3465ED58" w:rsidRPr="7EDC1580">
          <w:rPr>
            <w:rStyle w:val="Hyperlink"/>
            <w:rFonts w:ascii="Cambria" w:eastAsia="Cambria" w:hAnsi="Cambria" w:cs="Cambria"/>
          </w:rPr>
          <w:t>sajeevanlife.com</w:t>
        </w:r>
        <w:r w:rsidR="004211B7">
          <w:br/>
        </w:r>
        <w:r w:rsidR="004211B7">
          <w:br/>
        </w:r>
      </w:hyperlink>
      <w:r w:rsidR="15FFFC5C" w:rsidRPr="7EDC1580">
        <w:rPr>
          <w:rFonts w:ascii="Calibri" w:eastAsia="Calibri" w:hAnsi="Calibri"/>
          <w:b/>
          <w:bCs/>
          <w:color w:val="0066CC"/>
          <w:sz w:val="28"/>
        </w:rPr>
        <w:t>and many more...</w:t>
      </w:r>
    </w:p>
    <w:p w14:paraId="3005D4AB" w14:textId="77777777" w:rsidR="00AF34AD" w:rsidRDefault="004211B7">
      <w:pPr>
        <w:pStyle w:val="Heading2"/>
        <w:spacing w:after="200"/>
      </w:pPr>
      <w:r>
        <w:rPr>
          <w:rFonts w:ascii="Calibri" w:eastAsia="Calibri" w:hAnsi="Calibri"/>
          <w:color w:val="0066CC"/>
          <w:sz w:val="28"/>
        </w:rPr>
        <w:t>Final</w:t>
      </w:r>
      <w:r w:rsidR="5A69F508">
        <w:rPr>
          <w:rFonts w:ascii="Calibri" w:eastAsia="Calibri" w:hAnsi="Calibri"/>
          <w:color w:val="0066CC"/>
          <w:sz w:val="28"/>
        </w:rPr>
        <w:t xml:space="preserve"> year</w:t>
      </w:r>
      <w:r>
        <w:rPr>
          <w:rFonts w:ascii="Calibri" w:eastAsia="Calibri" w:hAnsi="Calibri"/>
          <w:color w:val="0066CC"/>
          <w:sz w:val="28"/>
        </w:rPr>
        <w:t xml:space="preserve"> Project</w:t>
      </w:r>
    </w:p>
    <w:p w14:paraId="6ABC7125" w14:textId="77777777" w:rsidR="00AF34AD" w:rsidRDefault="004211B7">
      <w:r>
        <w:rPr>
          <w:rFonts w:ascii="Calibri" w:eastAsia="Calibri" w:hAnsi="Calibri"/>
          <w:color w:val="000000"/>
        </w:rPr>
        <w:t>Title: - E-fuel Recharge System</w:t>
      </w:r>
      <w:r>
        <w:rPr>
          <w:rFonts w:ascii="Calibri" w:eastAsia="Calibri" w:hAnsi="Calibri"/>
          <w:color w:val="000000"/>
        </w:rPr>
        <w:br/>
        <w:t>Description: - Fuel Station System website can be one of the best websites to book the slots for charge their vehicles for customers.</w:t>
      </w:r>
      <w:r>
        <w:rPr>
          <w:rFonts w:ascii="Calibri" w:eastAsia="Calibri" w:hAnsi="Calibri"/>
          <w:color w:val="000000"/>
        </w:rPr>
        <w:br/>
        <w:t>This project of e-fuel system is a PHP website for online book their vehicle recharge slot and locate recharge station from anywhere.</w:t>
      </w:r>
      <w:r>
        <w:rPr>
          <w:rFonts w:ascii="Calibri" w:eastAsia="Calibri" w:hAnsi="Calibri"/>
          <w:color w:val="000000"/>
        </w:rPr>
        <w:br/>
      </w:r>
      <w:r>
        <w:rPr>
          <w:rFonts w:ascii="Calibri" w:eastAsia="Calibri" w:hAnsi="Calibri"/>
          <w:color w:val="000000"/>
        </w:rPr>
        <w:br/>
        <w:t>Tools and Technology: -</w:t>
      </w:r>
      <w:r>
        <w:rPr>
          <w:rFonts w:ascii="Calibri" w:eastAsia="Calibri" w:hAnsi="Calibri"/>
          <w:color w:val="000000"/>
        </w:rPr>
        <w:br/>
        <w:t>Backend: - PHP, MySQL</w:t>
      </w:r>
      <w:r>
        <w:rPr>
          <w:rFonts w:ascii="Calibri" w:eastAsia="Calibri" w:hAnsi="Calibri"/>
          <w:color w:val="000000"/>
        </w:rPr>
        <w:br/>
        <w:t>Frontend: - HTML, CSS</w:t>
      </w:r>
    </w:p>
    <w:p w14:paraId="5A4D8E27" w14:textId="77777777" w:rsidR="00AF34AD" w:rsidRDefault="004211B7">
      <w:pPr>
        <w:pStyle w:val="Heading2"/>
        <w:spacing w:after="200"/>
      </w:pPr>
      <w:r>
        <w:rPr>
          <w:rFonts w:ascii="Calibri" w:eastAsia="Calibri" w:hAnsi="Calibri"/>
          <w:color w:val="0066CC"/>
          <w:sz w:val="28"/>
        </w:rPr>
        <w:t>Skills</w:t>
      </w:r>
    </w:p>
    <w:p w14:paraId="6C5355B7" w14:textId="77777777" w:rsidR="00AF34AD" w:rsidRPr="004B1B09" w:rsidRDefault="3E7F5719">
      <w:pPr>
        <w:rPr>
          <w:color w:val="1F497D" w:themeColor="text2"/>
        </w:rPr>
      </w:pPr>
      <w:r>
        <w:rPr>
          <w:rFonts w:ascii="Calibri" w:eastAsia="Calibri" w:hAnsi="Calibri"/>
          <w:b/>
          <w:color w:val="0066CC"/>
          <w:sz w:val="28"/>
        </w:rPr>
        <w:t xml:space="preserve">Frameworks </w:t>
      </w:r>
      <w:r w:rsidR="004211B7">
        <w:rPr>
          <w:rFonts w:ascii="Calibri" w:eastAsia="Calibri" w:hAnsi="Calibri"/>
          <w:b/>
          <w:color w:val="0066CC"/>
          <w:sz w:val="28"/>
        </w:rPr>
        <w:t xml:space="preserve">: -  </w:t>
      </w:r>
      <w:r w:rsidR="004211B7" w:rsidRPr="004B1B09">
        <w:rPr>
          <w:rFonts w:ascii="Calibri" w:eastAsia="Calibri" w:hAnsi="Calibri"/>
          <w:color w:val="1F497D" w:themeColor="text2"/>
          <w:sz w:val="28"/>
        </w:rPr>
        <w:t>WordPress, Magento2</w:t>
      </w:r>
      <w:r w:rsidR="004211B7">
        <w:rPr>
          <w:rFonts w:ascii="Calibri" w:eastAsia="Calibri" w:hAnsi="Calibri"/>
          <w:b/>
          <w:color w:val="0066CC"/>
          <w:sz w:val="28"/>
        </w:rPr>
        <w:br/>
        <w:t xml:space="preserve">Web Technologies: - </w:t>
      </w:r>
      <w:r w:rsidR="004211B7" w:rsidRPr="004B1B09">
        <w:rPr>
          <w:rFonts w:ascii="Calibri" w:eastAsia="Calibri" w:hAnsi="Calibri"/>
          <w:color w:val="1F497D" w:themeColor="text2"/>
          <w:sz w:val="28"/>
        </w:rPr>
        <w:t>HTML5, CSS3</w:t>
      </w:r>
      <w:r w:rsidR="39D90F22" w:rsidRPr="004B1B09">
        <w:rPr>
          <w:rFonts w:ascii="Calibri" w:eastAsia="Calibri" w:hAnsi="Calibri"/>
          <w:color w:val="1F497D" w:themeColor="text2"/>
          <w:sz w:val="28"/>
        </w:rPr>
        <w:t>, PHP</w:t>
      </w:r>
      <w:r w:rsidR="004211B7">
        <w:rPr>
          <w:rFonts w:ascii="Calibri" w:eastAsia="Calibri" w:hAnsi="Calibri"/>
          <w:b/>
          <w:color w:val="0066CC"/>
          <w:sz w:val="28"/>
        </w:rPr>
        <w:br/>
        <w:t xml:space="preserve">Soft skills: - </w:t>
      </w:r>
      <w:r w:rsidR="004211B7" w:rsidRPr="004B1B09">
        <w:rPr>
          <w:rFonts w:ascii="Calibri" w:eastAsia="Calibri" w:hAnsi="Calibri"/>
          <w:color w:val="1F497D" w:themeColor="text2"/>
          <w:sz w:val="28"/>
        </w:rPr>
        <w:t>Communication, Problem solving, Interpersonal skills</w:t>
      </w:r>
    </w:p>
    <w:p w14:paraId="540C4EBB" w14:textId="77777777" w:rsidR="00AF34AD" w:rsidRPr="004B1B09" w:rsidRDefault="004211B7">
      <w:pPr>
        <w:rPr>
          <w:color w:val="000000" w:themeColor="text1"/>
        </w:rPr>
      </w:pPr>
      <w:r w:rsidRPr="004B1B09">
        <w:rPr>
          <w:rFonts w:ascii="Calibri" w:eastAsia="Calibri" w:hAnsi="Calibri"/>
          <w:color w:val="000000" w:themeColor="text1"/>
          <w:sz w:val="28"/>
        </w:rPr>
        <w:t>I am seeking a role which allows me to continue perfecting my skills and learning new things as well. I provide high-quality work, and encourages me to flourish as a Developer.</w:t>
      </w:r>
    </w:p>
    <w:p w14:paraId="77354282" w14:textId="77777777" w:rsidR="00DA78D7" w:rsidRDefault="004211B7">
      <w:r>
        <w:rPr>
          <w:rFonts w:ascii="Calibri" w:eastAsia="Calibri" w:hAnsi="Calibri"/>
          <w:color w:val="000000"/>
        </w:rPr>
        <w:br/>
        <w:t>THANKS,</w:t>
      </w:r>
      <w:r>
        <w:rPr>
          <w:rFonts w:ascii="Calibri" w:eastAsia="Calibri" w:hAnsi="Calibri"/>
          <w:color w:val="000000"/>
        </w:rPr>
        <w:br/>
      </w:r>
      <w:r w:rsidRPr="004B1B09">
        <w:rPr>
          <w:rFonts w:ascii="Calibri" w:eastAsia="Calibri" w:hAnsi="Calibri"/>
          <w:b/>
          <w:color w:val="1F497D" w:themeColor="text2"/>
        </w:rPr>
        <w:t>HIREN S THAKOR</w:t>
      </w:r>
    </w:p>
    <w:sectPr w:rsidR="00DA78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8755099">
    <w:abstractNumId w:val="8"/>
  </w:num>
  <w:num w:numId="2" w16cid:durableId="178858688">
    <w:abstractNumId w:val="6"/>
  </w:num>
  <w:num w:numId="3" w16cid:durableId="229777094">
    <w:abstractNumId w:val="5"/>
  </w:num>
  <w:num w:numId="4" w16cid:durableId="285893158">
    <w:abstractNumId w:val="4"/>
  </w:num>
  <w:num w:numId="5" w16cid:durableId="955866418">
    <w:abstractNumId w:val="7"/>
  </w:num>
  <w:num w:numId="6" w16cid:durableId="1945074564">
    <w:abstractNumId w:val="3"/>
  </w:num>
  <w:num w:numId="7" w16cid:durableId="1819806070">
    <w:abstractNumId w:val="2"/>
  </w:num>
  <w:num w:numId="8" w16cid:durableId="805470159">
    <w:abstractNumId w:val="1"/>
  </w:num>
  <w:num w:numId="9" w16cid:durableId="49835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8AC"/>
    <w:rsid w:val="00111B74"/>
    <w:rsid w:val="0015074B"/>
    <w:rsid w:val="00180297"/>
    <w:rsid w:val="0029639D"/>
    <w:rsid w:val="00326F90"/>
    <w:rsid w:val="004211B7"/>
    <w:rsid w:val="004B1B09"/>
    <w:rsid w:val="006F79EC"/>
    <w:rsid w:val="00800A70"/>
    <w:rsid w:val="00AA1D8D"/>
    <w:rsid w:val="00AF34AD"/>
    <w:rsid w:val="00B47730"/>
    <w:rsid w:val="00BB3E40"/>
    <w:rsid w:val="00CB0664"/>
    <w:rsid w:val="00DA78D7"/>
    <w:rsid w:val="00E1017D"/>
    <w:rsid w:val="00E90A3A"/>
    <w:rsid w:val="00FC693F"/>
    <w:rsid w:val="12A563C6"/>
    <w:rsid w:val="15FFFC5C"/>
    <w:rsid w:val="195C597A"/>
    <w:rsid w:val="1A39C401"/>
    <w:rsid w:val="2A4B3A09"/>
    <w:rsid w:val="2F212B2F"/>
    <w:rsid w:val="30E033FB"/>
    <w:rsid w:val="332CE3F1"/>
    <w:rsid w:val="3465ED58"/>
    <w:rsid w:val="39D90F22"/>
    <w:rsid w:val="3E7F5719"/>
    <w:rsid w:val="40105362"/>
    <w:rsid w:val="46D254E8"/>
    <w:rsid w:val="470EE876"/>
    <w:rsid w:val="48114E46"/>
    <w:rsid w:val="4946FAD0"/>
    <w:rsid w:val="4DEA7B24"/>
    <w:rsid w:val="4EE5C70F"/>
    <w:rsid w:val="4FEE1386"/>
    <w:rsid w:val="50E2EE6B"/>
    <w:rsid w:val="5A69F508"/>
    <w:rsid w:val="62814E3D"/>
    <w:rsid w:val="67C4C4C4"/>
    <w:rsid w:val="68CAA667"/>
    <w:rsid w:val="6B1C7687"/>
    <w:rsid w:val="6CF19224"/>
    <w:rsid w:val="6F463503"/>
    <w:rsid w:val="7389247D"/>
    <w:rsid w:val="76E6EEE6"/>
    <w:rsid w:val="77BEDF42"/>
    <w:rsid w:val="781C3C9F"/>
    <w:rsid w:val="7EDC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93AF1"/>
  <w14:defaultImageDpi w14:val="300"/>
  <w15:docId w15:val="{57CD677B-14A1-2541-A908-AE5B27D9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7EDC1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methics.in/" TargetMode="External" /><Relationship Id="rId3" Type="http://schemas.openxmlformats.org/officeDocument/2006/relationships/styles" Target="styles.xml" /><Relationship Id="rId7" Type="http://schemas.openxmlformats.org/officeDocument/2006/relationships/hyperlink" Target="https://drpink.co.in/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s://gujaratlokkalafoundation.com/" TargetMode="Externa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https://sajeevanlif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952A92-0FFA-4287-A3E8-79F39765835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1700</Characters>
  <Application>Microsoft Office Word</Application>
  <DocSecurity>0</DocSecurity>
  <Lines>14</Lines>
  <Paragraphs>3</Paragraphs>
  <ScaleCrop>false</ScaleCrop>
  <Manager/>
  <Company/>
  <LinksUpToDate>false</LinksUpToDate>
  <CharactersWithSpaces>1995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hiren thakor</cp:lastModifiedBy>
  <cp:revision>6</cp:revision>
  <dcterms:created xsi:type="dcterms:W3CDTF">2025-06-10T13:59:00Z</dcterms:created>
  <dcterms:modified xsi:type="dcterms:W3CDTF">2025-06-19T12:09:00Z</dcterms:modified>
  <cp:category/>
</cp:coreProperties>
</file>